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העצמאות – חוגגים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היום ואת התאריך העברי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חגיגה המתאימות לגילאים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משמעות השייכות והשמחה המשותפת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ה׳ באייר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שייכות ושמחה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משולש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אזור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חזון ומשימה לחברה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התאריך העברי קבוע (ה׳ באייר) אך התאריך הלועזי משתנה משנה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במטרת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בהתאמה המיועדת לתלמידים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בדף נכתב במפורש שהדיון הוא בלי פוליטיקה מפלגתית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(דגל של כולנו - שרשרת משולשים)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(חידון מהיר בקבוצות מעורבות)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(פרויקט "אני והמקום שלי")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(דיון על חזון ומשימה לחברה)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(הבאת משחקי ילדות מהמקום שממנו הגיעו)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שבועיים לפני: לתאם עם תכנית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לפני: להכין תחנות ושאלות 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לפני: להכין קישוטים ופיקניק (לפי אלרגיות)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להקפיד שכל תלמיד מרגיש חלק מהחגיגה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אחרי: לתלות את המפה והשרשרת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שלושה פריטים לפחות, ניתן גם לצייר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משאלה חיובית, קצרה וברורה, רצוי בגוף ראשון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ה׳ באייר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שמזכירה שייכות, שמחה או אחדות עם הסבר קצר וענייני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רלוונטית מהדף, למשל פיקניק כיתתי, מסלול ארץ או פרויקט 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חלקי הדף לפי שכבת הגיל של הכיתה הספציפית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סיפורים אישיים באווירה בטוחה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להשאיר מקום לתלמידים עולים לשתף מנהגים ומשחקים משלהם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העצמאות – חוגגים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רעיונות לחגוג את יום העצמאות בכיתה. יש פעילויות ומשחקים לכל גיל.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העצמאות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שבו חוגגים את הקמת מדינת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ה׳ באייר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של יום העצמאות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שאני חלק מהקבוצה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פיקניק כיתתי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ארוחה וזמן משותף בחוץ עם משחקים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תחנות בכיתה שכל אחת מייצגת אזור בארץ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 כיתתי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משותף איך רוצים שהכיתה או החברה תהיה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 לעולים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לשלב תלמידים חדשים בעלי רקע שונה בחגיגה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יום העצמאות לפי התאריך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ה׳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ז׳ באדר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היום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שייכות ושמחה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על ההיסטוריה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כל ילד מכין בפעילות הדגל?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משולש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כל תחנה במסלול מייצגת?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אזור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מדברים בתיכון בפעילות הדיון?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חזון ומשימה לחברה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היסטוריית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חופשות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העצמאות חל תמיד באותו תאריך לועזי קבוע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המטרות היא שכל תלמיד ירגיש חלק מהסיפור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מזמינים להביא משחקי ילדות מהמקום שממנו הגיעו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הדיון בתיכון על חזון כולל התייחסות לפוליטיקה מפלגתית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יום העצמאות חל בתאריך העברי __________ באייר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ליסודי א-ג הילדים מקשטים __________ קטן שמתחבר לשרשרת צבעונית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בפעילות לחטיבת ביניים כל תלמיד יוצר כרזה על __________ אהוב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בתיכון כל תלמיד מתחייב לפעולה קטנה למען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שלוש המילים המרכזיות של מטרת היום הן שייכות, שמחה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חידון מהיר בקבוצות מעורבות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דגל של כולנו - שרשרת משולשים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חטיבת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הבאת משחקי ילדות מהמקום שממנו הגיעו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דיון על חזון ומשימה לחברה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תלמידים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פרויקט "אני והמקום שלי"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אחרי: לתלות את המפה והשרשרת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שבועיים לפני: לתאם עם תכנית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להקפיד שכל תלמיד מרגיש חלק מהחגיגה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לפני: להכין קישוטים ופיקניק (לפי אלרגיות)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לפני: להכין תחנות ושאלות חידון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דברים שאתם אוהבים בארץ (מקום, מאכל או משהו אחר)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כמו בפעילות "מכתב לשנה הבאה" - כתבו משאלה משותפת שהייתם רוצים שתתקיים בארץ בשנה הקרובה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התאריך העברי של יום העצמאות?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אחת ממטרות החג (שייכות/שמחה/אחדות) והסבירו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פעילות אחת שיכולה לגרום לכל תלמיד להרגיש שייך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העצמאות – חוגגים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